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9EC3A" w14:textId="77777777" w:rsidR="0007164A" w:rsidRPr="00C83B28" w:rsidRDefault="007B4C57" w:rsidP="00C83B28">
      <w:pPr>
        <w:rPr>
          <w:color w:val="FF0000"/>
        </w:rPr>
      </w:pPr>
      <w:r w:rsidRPr="00C83B28">
        <w:rPr>
          <w:color w:val="FF0000"/>
        </w:rPr>
        <w:t>Curriculum Vitae</w:t>
      </w:r>
    </w:p>
    <w:p w14:paraId="43184B08" w14:textId="77777777" w:rsidR="0007164A" w:rsidRDefault="007B4C57" w:rsidP="00C83B28">
      <w:r>
        <w:t>Personal Information</w:t>
      </w:r>
    </w:p>
    <w:p w14:paraId="16034335" w14:textId="77777777" w:rsidR="0007164A" w:rsidRDefault="007B4C57" w:rsidP="00C83B28">
      <w:r>
        <w:t>Full Name:</w:t>
      </w:r>
    </w:p>
    <w:p w14:paraId="1635FECE" w14:textId="77777777" w:rsidR="0007164A" w:rsidRDefault="007B4C57" w:rsidP="00C83B28">
      <w:r>
        <w:t>Address:</w:t>
      </w:r>
    </w:p>
    <w:p w14:paraId="307CE14E" w14:textId="77777777" w:rsidR="0007164A" w:rsidRDefault="007B4C57" w:rsidP="00C83B28">
      <w:r>
        <w:t>Phone Number:</w:t>
      </w:r>
    </w:p>
    <w:p w14:paraId="41DC3737" w14:textId="77777777" w:rsidR="0007164A" w:rsidRDefault="007B4C57" w:rsidP="00C83B28">
      <w:r>
        <w:t>Email:</w:t>
      </w:r>
    </w:p>
    <w:p w14:paraId="383F1691" w14:textId="77777777" w:rsidR="0007164A" w:rsidRDefault="007B4C57" w:rsidP="00C83B28">
      <w:r>
        <w:t>Work History</w:t>
      </w:r>
    </w:p>
    <w:p w14:paraId="67518D7E" w14:textId="77777777" w:rsidR="0007164A" w:rsidRPr="00C83B28" w:rsidRDefault="007B4C57" w:rsidP="00C83B28">
      <w:pPr>
        <w:rPr>
          <w:color w:val="4BACC6" w:themeColor="accent5"/>
        </w:rPr>
      </w:pPr>
      <w:r w:rsidRPr="00C83B28">
        <w:rPr>
          <w:color w:val="4BACC6" w:themeColor="accent5"/>
        </w:rPr>
        <w:t>Example 1: (Company Name, Position, Date)</w:t>
      </w:r>
    </w:p>
    <w:p w14:paraId="3EAE0C4A" w14:textId="77777777" w:rsidR="0007164A" w:rsidRPr="00C83B28" w:rsidRDefault="007B4C57" w:rsidP="00C83B28">
      <w:pPr>
        <w:rPr>
          <w:color w:val="4BACC6" w:themeColor="accent5"/>
        </w:rPr>
      </w:pPr>
      <w:r w:rsidRPr="00C83B28">
        <w:rPr>
          <w:color w:val="4BACC6" w:themeColor="accent5"/>
        </w:rPr>
        <w:t>Example 2: (Company Name, Position, Date)</w:t>
      </w:r>
    </w:p>
    <w:p w14:paraId="361A53D7" w14:textId="77777777" w:rsidR="0007164A" w:rsidRDefault="007B4C57" w:rsidP="00C83B28">
      <w:r>
        <w:t>Education</w:t>
      </w:r>
    </w:p>
    <w:p w14:paraId="2B0F3A98" w14:textId="77777777" w:rsidR="0007164A" w:rsidRPr="00C83B28" w:rsidRDefault="007B4C57" w:rsidP="00C83B28">
      <w:pPr>
        <w:rPr>
          <w:color w:val="4BACC6" w:themeColor="accent5"/>
        </w:rPr>
      </w:pPr>
      <w:r w:rsidRPr="00C83B28">
        <w:rPr>
          <w:color w:val="4BACC6" w:themeColor="accent5"/>
        </w:rPr>
        <w:t>Example 1: (School/University Name, Qualification, Date)</w:t>
      </w:r>
    </w:p>
    <w:p w14:paraId="126E067B" w14:textId="77777777" w:rsidR="0007164A" w:rsidRDefault="007B4C57" w:rsidP="00C83B28">
      <w:r>
        <w:t>Skills</w:t>
      </w:r>
    </w:p>
    <w:sectPr w:rsidR="000716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DA3AB3"/>
    <w:multiLevelType w:val="hybridMultilevel"/>
    <w:tmpl w:val="45AA0544"/>
    <w:lvl w:ilvl="0" w:tplc="9D7E7E12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6E5A5C"/>
    <w:multiLevelType w:val="hybridMultilevel"/>
    <w:tmpl w:val="ABEAD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A42CD"/>
    <w:multiLevelType w:val="hybridMultilevel"/>
    <w:tmpl w:val="1214ED9A"/>
    <w:lvl w:ilvl="0" w:tplc="9D7E7E12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35223">
    <w:abstractNumId w:val="8"/>
  </w:num>
  <w:num w:numId="2" w16cid:durableId="2133791796">
    <w:abstractNumId w:val="6"/>
  </w:num>
  <w:num w:numId="3" w16cid:durableId="515270751">
    <w:abstractNumId w:val="5"/>
  </w:num>
  <w:num w:numId="4" w16cid:durableId="11300038">
    <w:abstractNumId w:val="4"/>
  </w:num>
  <w:num w:numId="5" w16cid:durableId="1884095339">
    <w:abstractNumId w:val="7"/>
  </w:num>
  <w:num w:numId="6" w16cid:durableId="1142384943">
    <w:abstractNumId w:val="3"/>
  </w:num>
  <w:num w:numId="7" w16cid:durableId="192690117">
    <w:abstractNumId w:val="2"/>
  </w:num>
  <w:num w:numId="8" w16cid:durableId="329453085">
    <w:abstractNumId w:val="1"/>
  </w:num>
  <w:num w:numId="9" w16cid:durableId="133448007">
    <w:abstractNumId w:val="0"/>
  </w:num>
  <w:num w:numId="10" w16cid:durableId="1067337341">
    <w:abstractNumId w:val="10"/>
  </w:num>
  <w:num w:numId="11" w16cid:durableId="1901280338">
    <w:abstractNumId w:val="11"/>
  </w:num>
  <w:num w:numId="12" w16cid:durableId="996452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64A"/>
    <w:rsid w:val="0015074B"/>
    <w:rsid w:val="0029639D"/>
    <w:rsid w:val="00326F90"/>
    <w:rsid w:val="00712448"/>
    <w:rsid w:val="007B4C57"/>
    <w:rsid w:val="008C3D25"/>
    <w:rsid w:val="009C2367"/>
    <w:rsid w:val="00AA1D8D"/>
    <w:rsid w:val="00B47730"/>
    <w:rsid w:val="00C83B2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9CA86"/>
  <w14:defaultImageDpi w14:val="300"/>
  <w15:docId w15:val="{4FCE3635-877A-465D-9CC7-B2DEBEB6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Shaun Daubney</cp:lastModifiedBy>
  <cp:revision>3</cp:revision>
  <dcterms:created xsi:type="dcterms:W3CDTF">2024-10-14T16:46:00Z</dcterms:created>
  <dcterms:modified xsi:type="dcterms:W3CDTF">2024-10-14T16:49:00Z</dcterms:modified>
  <cp:category/>
</cp:coreProperties>
</file>